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גורם דחיפה לגורם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לגורמים כלכליים, פוליטיים וחברתיים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מקרה הגירה ולהסביר אותו באמצעות גורמי דחיפה ומשיכה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לעזוב את מקום המגורים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ביעד ההגירה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 גורמים: דחיפה או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אבטלה במקום המוצא דוחפת אנשים לחפש עבודה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קרבה למשפחה מושכת מהגרים ליעד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גורם דחיפה - במקום המוצא, גורם משיכה - ביעד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תואמת לסוג הגורם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שגורמים דומים יכולים לפעול בכיוונים שונים בהתאם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משותפת מהלוח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או מהחדשות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תרגיל ההתאמה אפשר לבצע בזוגות כדי לעודד דיון על הסיווג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כשאנשים מהגרים ממקום למקום, יש גורמים שדוחפים אותם לעזוב את מקום המוצא וגורמים שמושכים אותם אל היעד החדש. בדף זה תתרגלו לזהות ולהבחין בין שני סוגי הגורמים.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משיכה  ·  דחיפה  ·  דחיפה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גורם דחיפה הוא גורם שגורם לאנשים...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לעזוב את 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להישאר במקום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לבקר במקום חדש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גורם משיכה הוא גורם שקיים...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במקום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ביעד ההגירה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בשני המקומות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מיון גורמים: דחיפה או 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בצורת שפוגעת בחקלאות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רדיפה בגלל דת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מלחמה ופחד לחיים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הצעת עבודה בשכר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דחיפה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אבטלה גבוהה היא דוגמה לגורם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משפחה שכבר גרים ביעד יכולים להיות גורם משיכה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גורם __________ הוא גורם שדוחף אנשים לעזוב את מקום מגוריהם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גורם __________ הוא גורם שמושך אנשים אל יעד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בצורת שפוגעת בחקלאות היא דוגמה לגורם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לגורם דחיפה ודוגמה אחת לגורם משיכה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דחיפה או משיכה? גורמי הגירה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