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דחיפה או משיכה? גורמי הגירה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גורם דחיפה לגורם משיכה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לגורמים כלכליים, פוליטיים וחברתיים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מקרה הגירה ולהסביר אותו באמצעות גורמי דחיפה ומשיכה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לעזוב את מקום המגורים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ביעד ההגירה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בצורת שפוגעת בחקלאות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ביטחון וחופש 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מעבר קבוע ממקום מגורים אחד למקום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מיון גורמים: דחיפה או משיכה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(גורם משיכה)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(גורם משיכה)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(גורם משיכה)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גורם דחיפה יכול להיות גם פוליטי, דתי או סביבתי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אבטלה במקום המוצא דוחפת אנשים לחפש עבודה במקום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קרבה למשפחה מושכת מהגרים ליעד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גורם משיכה קיים ביעד ההגירה, לא במקום המוצא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פחד מרדיפה הוא גורם דחיפה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גם גורמי משיכה שקיימים ביעד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הבחנה נכונה בין גורם דחיפה לגורם משיכה ודוגמה הגיונית התואמת לכל גורם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גורם דחיפה - במקום המוצא, גורם משיכה - ביעד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תואמת לסוג הגורם המבוקש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שגורמים דומים יכולים לפעול בכיוונים שונים בהתאם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משותפת מהלוח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דוגמה אישית או מהחדשות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תרגיל ההתאמה אפשר לבצע בזוגות כדי לעודד דיון על הסיווג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דחיפה או משיכה? גורמי הגירה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אנשים לפעמים עוברים לגור במקום אחר. יש סיבות שגורמות להם לעזוב (דחיפה) ויש סיבות שגורמות להם לבחור מקום מסוים (משיכה). בדף נלמד להבדיל ביניהן.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קבוע של אנשים ממקום מגורים אחד למקום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דחיפה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שגורמת לאנשים לעזוב את מקום המוצא 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משיכה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שגורמת לאנשים לבחור ביעד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מקום מוצא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שממנו האדם מהגר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האדם מהגר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רדיפה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פגיעה באנשים בגלל דת, דעה או זהות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ארוכה בלי גשם שפוגעת בחקלאות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אבטלה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אנשים לא מוצאים 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גורם דחיפה?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לעזוב את מקום המגורים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להישאר במקום המגורים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לבקר במקום חדש לזמן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לפתוח עסק חדש במקום המוצא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נמצא גורם משיכה?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במקום המוצא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ביעד ההגירה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בשני המקומות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דוגמה מתאימה לגורם דחיפה?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אוניברסיטאות מצוינות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הצעת עבודה בשכר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בצורת שפוגעת בחקלאות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 משפחה שגרים ביעד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דוגמה מתאימה לגורם משיכה?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 ופחד לחיים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אבטלה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רדיפה בגלל דת או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ביטחון וחופש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המילה 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קבוע ממקום מגורים אחד למקום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נסיעה קצרה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זמני לעבודה ליום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קניה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מיון גורמים: דחיפה או משיכה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בצורת שפוגעת בחקלאות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רדיפה בגלל דת או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מלחמה ופחד לחיים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הצעת עבודה בשכר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אוניברסיטאות מצוינות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ביטחון וחופש ביטוי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גורם דחיפה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גורם דחיפה תמיד קשור לכלכלה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אבטלה גבוהה היא דוגמה לגורם דחיפה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משפחה שכבר גרים ביעד יכולים להיות גורם משיכה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גורם משיכה קיים תמיד במקום המוצא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רדיפה בגלל דת או דעה יכולה לגרום לאנשים לעזוב את ארצם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גורמי ההגירה הם גורמי דחיפה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גורם __________ הוא גורם שדוחף אנשים לעזוב את מקום מגוריהם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גורם __________ הוא גורם שמושך אנשים אל יעד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בצורת שפוגעת בחקלאות היא דוגמה לגורם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הצעת עבודה בשכר גבוה היא דוגמה לגורם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המקום שממנו האדם עוזב נקרא מקום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המקום שאליו האדם מגיע נקרא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גורם דחיפה אחד וגורם משיכה אחד מהרשימה שלמדתם, וכתבו דוגמה אישית (מהחדשות, מהמשפחה או מהדמיון) שממחישה כל אחד מהם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גורם דחיפה לגורם משיכה?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לגורם דחיפה ודוגמה אחת לגורם משיכה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אותו גורם יכול להיות גם דחיפה וגם משיכה? הסבירו בקצרה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דחיפה או משיכה? גורמי הגירה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